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E8D8" w14:textId="77777777" w:rsidR="00D5695A" w:rsidRDefault="00D5695A" w:rsidP="00D5695A">
      <w:pPr>
        <w:pStyle w:val="CustomNormal"/>
        <w:jc w:val="center"/>
        <w:rPr>
          <w:b/>
          <w:bCs/>
        </w:rPr>
      </w:pPr>
      <w:r w:rsidRPr="00D5695A">
        <w:rPr>
          <w:b/>
          <w:bCs/>
          <w:highlight w:val="yellow"/>
        </w:rPr>
        <w:t>For Guidance Only - List of Questions</w:t>
      </w:r>
    </w:p>
    <w:p w14:paraId="24D1E6FF" w14:textId="0738BFA6" w:rsidR="001558F5" w:rsidRDefault="00000000">
      <w:pPr>
        <w:pStyle w:val="CustomNormal"/>
      </w:pPr>
      <w:r>
        <w:t>If you are applying for more than one job then please fill in a separate application form for each.</w:t>
      </w:r>
      <w:r>
        <w:br/>
      </w:r>
      <w:r>
        <w:br/>
        <w:t>Please note that you will be unable to save your entries as you work your way through the form so make sure that you set aside some time to fill the whole form in.</w:t>
      </w:r>
      <w:r>
        <w:br/>
      </w:r>
      <w:r>
        <w:br/>
        <w:t>Please contact us at  if you need the application form in an alternative format including large print.</w:t>
      </w:r>
    </w:p>
    <w:p w14:paraId="239796C3" w14:textId="77777777" w:rsidR="001558F5" w:rsidRDefault="00000000">
      <w:pPr>
        <w:pStyle w:val="CustomNormal"/>
      </w:pPr>
      <w:r>
        <w:t>When you submit this form, it will not automatically collect your details like name and email address unless you provide it yourself.</w:t>
      </w:r>
    </w:p>
    <w:p w14:paraId="097F6D51" w14:textId="77777777" w:rsidR="001558F5" w:rsidRDefault="00000000">
      <w:pPr>
        <w:pStyle w:val="CustomHeading1"/>
      </w:pPr>
      <w:r>
        <w:t>Privacy Agreement</w:t>
      </w:r>
    </w:p>
    <w:p w14:paraId="789171EC" w14:textId="77777777" w:rsidR="001558F5" w:rsidRDefault="00000000">
      <w:pPr>
        <w:pStyle w:val="CustomNormal"/>
      </w:pPr>
      <w:r>
        <w:t>If you apply online for a position with LGBT Youth, we will use the information you provide to assist in the recruitment selection process and as set out below. LGBT Youth Scotland may also seek additional information from other sources, for example, by using your references in the final stages of the recruitment process.</w:t>
      </w:r>
      <w:r>
        <w:br/>
      </w:r>
      <w:r>
        <w:br/>
        <w:t>Information provided on the application form and any information obtained from other sources will be retained in all cases in hard copy format and/or electronically securely and only for as long as is required for the purposes of:</w:t>
      </w:r>
      <w:r>
        <w:br/>
      </w:r>
      <w:r>
        <w:br/>
        <w:t>• the administration of your application</w:t>
      </w:r>
      <w:r>
        <w:br/>
        <w:t>• forming the basis of your employment records, if your application is successful</w:t>
      </w:r>
      <w:r>
        <w:br/>
        <w:t>• discharging any legal or regulatory requirements</w:t>
      </w:r>
      <w:r>
        <w:br/>
        <w:t>• contacting you in relation to your application (this could be by email, post or SMS)</w:t>
      </w:r>
      <w:r>
        <w:br/>
      </w:r>
      <w:r>
        <w:br/>
        <w:t>By submitting your application online you will be giving your consent to LGBT Youth Scotland to process your personal and sensitive personal data for the purposes explained above. Should you wish to withdraw your application, please contact .</w:t>
      </w:r>
      <w:r>
        <w:br/>
      </w:r>
      <w:r>
        <w:br/>
        <w:t>Should you wish to see a copy of the information held by LGBT Youth Scotland which you have provided as part of your application for employment, this information will be provided within 30 days of receipt of your request. Any request should be made in writing to the Head of Business Support at LGBT Youth Scotland, 3/2 30 Bell Street, Glasgow, G1 1LG or via email to .</w:t>
      </w:r>
      <w:r>
        <w:br/>
      </w:r>
      <w:r>
        <w:br/>
        <w:t>By clicking 'I Accept', you are confirming you have read and accept the above.</w:t>
      </w:r>
    </w:p>
    <w:p w14:paraId="7ECC5F18" w14:textId="77777777" w:rsidR="001558F5" w:rsidRDefault="00000000">
      <w:pPr>
        <w:pStyle w:val="CustomNormal"/>
      </w:pPr>
      <w:r>
        <w:t>1.Check if you agree with the above privacy statement:</w:t>
      </w:r>
    </w:p>
    <w:p w14:paraId="01691F5F" w14:textId="77777777" w:rsidR="001558F5" w:rsidRDefault="00000000">
      <w:pPr>
        <w:pStyle w:val="CustomNormal"/>
      </w:pPr>
      <w:r>
        <w:t>I agree to the privacy statement above</w:t>
      </w:r>
    </w:p>
    <w:p w14:paraId="38E53888" w14:textId="77777777" w:rsidR="001558F5" w:rsidRDefault="00000000">
      <w:pPr>
        <w:pStyle w:val="CustomHeading1"/>
      </w:pPr>
      <w:r>
        <w:lastRenderedPageBreak/>
        <w:t>Role and Location Information</w:t>
      </w:r>
    </w:p>
    <w:p w14:paraId="4CB69C03" w14:textId="77777777" w:rsidR="001558F5" w:rsidRDefault="00000000">
      <w:pPr>
        <w:pStyle w:val="CustomNormal"/>
      </w:pPr>
      <w:r>
        <w:t>2.What Role are you applying for?</w:t>
      </w:r>
    </w:p>
    <w:p w14:paraId="148C05E5" w14:textId="77777777" w:rsidR="001558F5" w:rsidRDefault="00000000">
      <w:pPr>
        <w:pStyle w:val="CustomNormal"/>
      </w:pPr>
      <w:r>
        <w:t>3. How did you hear about this role?</w:t>
      </w:r>
    </w:p>
    <w:p w14:paraId="5ACADDC2" w14:textId="77777777" w:rsidR="001558F5" w:rsidRDefault="00000000">
      <w:pPr>
        <w:pStyle w:val="CustomNormal"/>
      </w:pPr>
      <w:r>
        <w:t>4. Preferred Full Name</w:t>
      </w:r>
    </w:p>
    <w:p w14:paraId="33AA44D4" w14:textId="77777777" w:rsidR="001558F5" w:rsidRDefault="00000000">
      <w:pPr>
        <w:pStyle w:val="CustomNormal"/>
      </w:pPr>
      <w:r>
        <w:t>As you would like to be known - This does not need to be your legal name</w:t>
      </w:r>
    </w:p>
    <w:p w14:paraId="261F3B54" w14:textId="77777777" w:rsidR="001558F5" w:rsidRDefault="00000000">
      <w:pPr>
        <w:pStyle w:val="CustomNormal"/>
      </w:pPr>
      <w:r>
        <w:t>5.Pronouns</w:t>
      </w:r>
    </w:p>
    <w:p w14:paraId="1733D5D7" w14:textId="77777777" w:rsidR="001558F5" w:rsidRDefault="00000000">
      <w:pPr>
        <w:pStyle w:val="CustomNormal"/>
      </w:pPr>
      <w:r>
        <w:t>6.Address</w:t>
      </w:r>
    </w:p>
    <w:p w14:paraId="3A9F6828" w14:textId="77777777" w:rsidR="001558F5" w:rsidRDefault="00000000">
      <w:pPr>
        <w:pStyle w:val="CustomNormal"/>
      </w:pPr>
      <w:r>
        <w:t>7.Phone number</w:t>
      </w:r>
    </w:p>
    <w:p w14:paraId="106B9236" w14:textId="77777777" w:rsidR="001558F5" w:rsidRDefault="00000000">
      <w:pPr>
        <w:pStyle w:val="CustomNormal"/>
      </w:pPr>
      <w:r>
        <w:t>8.Email</w:t>
      </w:r>
    </w:p>
    <w:p w14:paraId="09D4E6A1" w14:textId="77777777" w:rsidR="001558F5" w:rsidRDefault="00000000">
      <w:pPr>
        <w:pStyle w:val="CustomHeading1"/>
      </w:pPr>
      <w:r>
        <w:t>Education / Qualifications &amp; Training</w:t>
      </w:r>
    </w:p>
    <w:p w14:paraId="47A06D21" w14:textId="77777777" w:rsidR="001558F5" w:rsidRDefault="00000000">
      <w:pPr>
        <w:pStyle w:val="CustomNormal"/>
      </w:pPr>
      <w:r>
        <w:t>9.Name of Place of Learning (1)</w:t>
      </w:r>
    </w:p>
    <w:p w14:paraId="70875F21" w14:textId="77777777" w:rsidR="001558F5" w:rsidRDefault="00000000">
      <w:pPr>
        <w:pStyle w:val="CustomNormal"/>
      </w:pPr>
      <w:r>
        <w:t>10.Course Title(s) and Qualification(s)/Grade(s) Achieved (1)</w:t>
      </w:r>
    </w:p>
    <w:p w14:paraId="14597485" w14:textId="77777777" w:rsidR="001558F5" w:rsidRDefault="00000000">
      <w:pPr>
        <w:pStyle w:val="CustomNormal"/>
      </w:pPr>
      <w:r>
        <w:t>11.Start Date of Study (1)</w:t>
      </w:r>
    </w:p>
    <w:p w14:paraId="46D7CBC9" w14:textId="77777777" w:rsidR="001558F5" w:rsidRDefault="00000000">
      <w:pPr>
        <w:pStyle w:val="CustomNormal"/>
      </w:pPr>
      <w:r>
        <w:t>12.End Date of Study (1)</w:t>
      </w:r>
    </w:p>
    <w:p w14:paraId="5FB1C412" w14:textId="77777777" w:rsidR="001558F5" w:rsidRDefault="00000000">
      <w:pPr>
        <w:pStyle w:val="CustomNormal"/>
      </w:pPr>
      <w:r>
        <w:t>13.Name of Place of Learning (2)</w:t>
      </w:r>
    </w:p>
    <w:p w14:paraId="41BBCF84" w14:textId="77777777" w:rsidR="001558F5" w:rsidRDefault="00000000">
      <w:pPr>
        <w:pStyle w:val="CustomNormal"/>
      </w:pPr>
      <w:r>
        <w:t>14.Course Title(s) and Qualification(s)/Grade(s) Achieved (2)</w:t>
      </w:r>
    </w:p>
    <w:p w14:paraId="5D14C0C9" w14:textId="77777777" w:rsidR="001558F5" w:rsidRDefault="00000000">
      <w:pPr>
        <w:pStyle w:val="CustomNormal"/>
      </w:pPr>
      <w:r>
        <w:t>15.Start Date of Study (2)</w:t>
      </w:r>
    </w:p>
    <w:p w14:paraId="0034C3F4" w14:textId="77777777" w:rsidR="001558F5" w:rsidRDefault="00000000">
      <w:pPr>
        <w:pStyle w:val="CustomNormal"/>
      </w:pPr>
      <w:r>
        <w:t>16.End Date of Study (2)</w:t>
      </w:r>
    </w:p>
    <w:p w14:paraId="034E0E75" w14:textId="77777777" w:rsidR="001558F5" w:rsidRDefault="00000000">
      <w:pPr>
        <w:pStyle w:val="CustomNormal"/>
      </w:pPr>
      <w:r>
        <w:t>17.Name of Place of Learning (3)</w:t>
      </w:r>
    </w:p>
    <w:p w14:paraId="648D556D" w14:textId="77777777" w:rsidR="001558F5" w:rsidRDefault="00000000">
      <w:pPr>
        <w:pStyle w:val="CustomNormal"/>
      </w:pPr>
      <w:r>
        <w:t>18.Course Title(s) and Qualification(s)/Grade(s) Achieved (3)</w:t>
      </w:r>
    </w:p>
    <w:p w14:paraId="1D132449" w14:textId="77777777" w:rsidR="001558F5" w:rsidRDefault="00000000">
      <w:pPr>
        <w:pStyle w:val="CustomNormal"/>
      </w:pPr>
      <w:r>
        <w:t>19.Start Date of Study (3)</w:t>
      </w:r>
    </w:p>
    <w:p w14:paraId="0263B514" w14:textId="77777777" w:rsidR="001558F5" w:rsidRDefault="00000000">
      <w:pPr>
        <w:pStyle w:val="CustomNormal"/>
      </w:pPr>
      <w:r>
        <w:t>20.End Date of Study (3)</w:t>
      </w:r>
    </w:p>
    <w:p w14:paraId="4626685A" w14:textId="77777777" w:rsidR="001558F5" w:rsidRDefault="00000000">
      <w:pPr>
        <w:pStyle w:val="CustomNormal"/>
      </w:pPr>
      <w:r>
        <w:t>21.Please use the space below to give details of any training or non-</w:t>
      </w:r>
      <w:proofErr w:type="gramStart"/>
      <w:r>
        <w:t>qualification based</w:t>
      </w:r>
      <w:proofErr w:type="gramEnd"/>
      <w:r>
        <w:t xml:space="preserve"> development which is relevant to the post and supports your application.</w:t>
      </w:r>
    </w:p>
    <w:p w14:paraId="6A1825BD" w14:textId="77777777" w:rsidR="00734B79" w:rsidRDefault="00734B79">
      <w:pPr>
        <w:pStyle w:val="CustomNormal"/>
      </w:pPr>
    </w:p>
    <w:p w14:paraId="5338EE45" w14:textId="77777777" w:rsidR="00734B79" w:rsidRDefault="00734B79">
      <w:pPr>
        <w:pStyle w:val="CustomNormal"/>
      </w:pPr>
    </w:p>
    <w:p w14:paraId="4A7E255B" w14:textId="77777777" w:rsidR="001558F5" w:rsidRDefault="00000000">
      <w:pPr>
        <w:pStyle w:val="CustomHeading1"/>
      </w:pPr>
      <w:r>
        <w:lastRenderedPageBreak/>
        <w:t>Employment History</w:t>
      </w:r>
    </w:p>
    <w:p w14:paraId="646BEAAC" w14:textId="77777777" w:rsidR="001558F5" w:rsidRDefault="00000000">
      <w:pPr>
        <w:pStyle w:val="CustomNormal"/>
      </w:pPr>
      <w:r>
        <w:t>22.Name of Current or Most Recent Employer</w:t>
      </w:r>
    </w:p>
    <w:p w14:paraId="1B16C7CA" w14:textId="77777777" w:rsidR="001558F5" w:rsidRDefault="00000000">
      <w:pPr>
        <w:pStyle w:val="CustomNormal"/>
      </w:pPr>
      <w:r>
        <w:t>23.Position Held</w:t>
      </w:r>
    </w:p>
    <w:p w14:paraId="53FB5B29" w14:textId="77777777" w:rsidR="001558F5" w:rsidRDefault="00000000">
      <w:pPr>
        <w:pStyle w:val="CustomNormal"/>
      </w:pPr>
      <w:r>
        <w:t>24.Brief Description of Duties</w:t>
      </w:r>
    </w:p>
    <w:p w14:paraId="6CE5185F" w14:textId="77777777" w:rsidR="001558F5" w:rsidRDefault="00000000">
      <w:pPr>
        <w:pStyle w:val="CustomNormal"/>
      </w:pPr>
      <w:r>
        <w:t>25.Start Date</w:t>
      </w:r>
    </w:p>
    <w:p w14:paraId="2BE4E49B" w14:textId="77777777" w:rsidR="001558F5" w:rsidRDefault="00000000">
      <w:pPr>
        <w:pStyle w:val="CustomNormal"/>
      </w:pPr>
      <w:r>
        <w:t>26.Leaving Date</w:t>
      </w:r>
    </w:p>
    <w:p w14:paraId="0722DDF6" w14:textId="77777777" w:rsidR="001558F5" w:rsidRDefault="00000000">
      <w:pPr>
        <w:pStyle w:val="CustomNormal"/>
      </w:pPr>
      <w:r>
        <w:t>27.Reason for Leaving</w:t>
      </w:r>
    </w:p>
    <w:p w14:paraId="5FA9DD10" w14:textId="77777777" w:rsidR="001558F5" w:rsidRDefault="00000000">
      <w:pPr>
        <w:pStyle w:val="CustomNormal"/>
      </w:pPr>
      <w:r>
        <w:t>28.Previous Employer 1</w:t>
      </w:r>
    </w:p>
    <w:p w14:paraId="12929F95" w14:textId="77777777" w:rsidR="001558F5" w:rsidRDefault="00000000">
      <w:pPr>
        <w:pStyle w:val="CustomNormal"/>
      </w:pPr>
      <w:r>
        <w:t>29.Position Held (P1)</w:t>
      </w:r>
    </w:p>
    <w:p w14:paraId="1E00D8C5" w14:textId="77777777" w:rsidR="001558F5" w:rsidRDefault="00000000">
      <w:pPr>
        <w:pStyle w:val="CustomNormal"/>
      </w:pPr>
      <w:r>
        <w:t>30.Brief Description of Duties (P1)</w:t>
      </w:r>
    </w:p>
    <w:p w14:paraId="2188B58A" w14:textId="77777777" w:rsidR="001558F5" w:rsidRDefault="00000000">
      <w:pPr>
        <w:pStyle w:val="CustomNormal"/>
      </w:pPr>
      <w:r>
        <w:t>31.Start Date (P1)</w:t>
      </w:r>
    </w:p>
    <w:p w14:paraId="14A93CE9" w14:textId="77777777" w:rsidR="001558F5" w:rsidRDefault="00000000">
      <w:pPr>
        <w:pStyle w:val="CustomNormal"/>
      </w:pPr>
      <w:r>
        <w:t>32.Leaving Date (P1)</w:t>
      </w:r>
    </w:p>
    <w:p w14:paraId="3B927EF3" w14:textId="77777777" w:rsidR="001558F5" w:rsidRDefault="00000000">
      <w:pPr>
        <w:pStyle w:val="CustomNormal"/>
      </w:pPr>
      <w:r>
        <w:t>33.Reason for leaving (P1)</w:t>
      </w:r>
    </w:p>
    <w:p w14:paraId="7E1D14FA" w14:textId="77777777" w:rsidR="001558F5" w:rsidRDefault="00000000">
      <w:pPr>
        <w:pStyle w:val="CustomNormal"/>
      </w:pPr>
      <w:r>
        <w:t>34.Previous Employer 2</w:t>
      </w:r>
    </w:p>
    <w:p w14:paraId="3CBABFD2" w14:textId="77777777" w:rsidR="001558F5" w:rsidRDefault="00000000">
      <w:pPr>
        <w:pStyle w:val="CustomNormal"/>
      </w:pPr>
      <w:r>
        <w:t>35.Position Held (P2)</w:t>
      </w:r>
    </w:p>
    <w:p w14:paraId="635D9EA6" w14:textId="77777777" w:rsidR="001558F5" w:rsidRDefault="00000000">
      <w:pPr>
        <w:pStyle w:val="CustomNormal"/>
      </w:pPr>
      <w:r>
        <w:t>36.Brief Description of Duties (P2)</w:t>
      </w:r>
    </w:p>
    <w:p w14:paraId="199C2B76" w14:textId="77777777" w:rsidR="001558F5" w:rsidRDefault="00000000">
      <w:pPr>
        <w:pStyle w:val="CustomNormal"/>
      </w:pPr>
      <w:r>
        <w:t>37.Start Date (P2)</w:t>
      </w:r>
    </w:p>
    <w:p w14:paraId="173C0996" w14:textId="77777777" w:rsidR="001558F5" w:rsidRDefault="00000000">
      <w:pPr>
        <w:pStyle w:val="CustomNormal"/>
      </w:pPr>
      <w:r>
        <w:t>38.Leaving Date (P2)</w:t>
      </w:r>
    </w:p>
    <w:p w14:paraId="75489069" w14:textId="77777777" w:rsidR="001558F5" w:rsidRDefault="00000000">
      <w:pPr>
        <w:pStyle w:val="CustomNormal"/>
      </w:pPr>
      <w:r>
        <w:t>39.Reason for leaving (P2)</w:t>
      </w:r>
    </w:p>
    <w:p w14:paraId="7BD912F0" w14:textId="77777777" w:rsidR="001558F5" w:rsidRDefault="00000000">
      <w:pPr>
        <w:pStyle w:val="CustomNormal"/>
      </w:pPr>
      <w:r>
        <w:t>40.Do you have any additional employment history you would like to share?</w:t>
      </w:r>
    </w:p>
    <w:p w14:paraId="51B878B3" w14:textId="77777777" w:rsidR="001558F5" w:rsidRDefault="00000000">
      <w:pPr>
        <w:pStyle w:val="CustomHeading1"/>
      </w:pPr>
      <w:r>
        <w:t>Volunteering and Personal Statement</w:t>
      </w:r>
    </w:p>
    <w:p w14:paraId="2CFB3A14" w14:textId="77777777" w:rsidR="001558F5" w:rsidRDefault="00000000">
      <w:pPr>
        <w:pStyle w:val="CustomNormal"/>
      </w:pPr>
      <w:r>
        <w:t>41.Do you have any Volunteering Experience you would like to share with us?</w:t>
      </w:r>
    </w:p>
    <w:p w14:paraId="3CEFDCF2" w14:textId="77777777" w:rsidR="001558F5" w:rsidRDefault="00000000">
      <w:pPr>
        <w:pStyle w:val="CustomNormal"/>
      </w:pPr>
      <w:r>
        <w:t>This section has a 4000 character limit</w:t>
      </w:r>
    </w:p>
    <w:p w14:paraId="58FBF4EC" w14:textId="77777777" w:rsidR="001558F5" w:rsidRDefault="00000000">
      <w:pPr>
        <w:pStyle w:val="CustomNormal"/>
      </w:pPr>
      <w:r>
        <w:t>42.Please use this section to demonstrate why you think you would be suitable for the post by reference to the job description (and by giving examples and case studies). Please include all relevant information, whether obtained through formal employment or voluntary/lesiure activities.</w:t>
      </w:r>
      <w:r>
        <w:br/>
        <w:t>This section has a </w:t>
      </w:r>
      <w:proofErr w:type="gramStart"/>
      <w:r>
        <w:t>4000 character</w:t>
      </w:r>
      <w:proofErr w:type="gramEnd"/>
      <w:r>
        <w:t xml:space="preserve"> limit</w:t>
      </w:r>
    </w:p>
    <w:p w14:paraId="5893CF16" w14:textId="77777777" w:rsidR="003E7608" w:rsidRDefault="003E7608">
      <w:pPr>
        <w:pStyle w:val="CustomNormal"/>
      </w:pPr>
    </w:p>
    <w:p w14:paraId="7698E4CF" w14:textId="77777777" w:rsidR="003E7608" w:rsidRDefault="003E7608">
      <w:pPr>
        <w:pStyle w:val="CustomNormal"/>
      </w:pPr>
    </w:p>
    <w:p w14:paraId="54EFE6BD" w14:textId="77777777" w:rsidR="001558F5" w:rsidRDefault="00000000">
      <w:pPr>
        <w:pStyle w:val="CustomHeading1"/>
      </w:pPr>
      <w:r>
        <w:t>Right to Work in the UK</w:t>
      </w:r>
    </w:p>
    <w:p w14:paraId="1273B4CF" w14:textId="77777777" w:rsidR="001558F5" w:rsidRDefault="00000000">
      <w:pPr>
        <w:pStyle w:val="CustomNormal"/>
      </w:pPr>
      <w:r>
        <w:t>Please note following Brexit:</w:t>
      </w:r>
      <w:r>
        <w:br/>
      </w:r>
      <w:r>
        <w:br/>
        <w:t>LGBT Youth Scotland does not hold a sponsor license and as such we are unable to employ individuals from outside the UK. This includes citizens of the EU, Iceland, Liechtenstein, Norway and Switzerland who arrived in the UK after 31st December 2020.</w:t>
      </w:r>
      <w:r>
        <w:br/>
      </w:r>
      <w:r>
        <w:br/>
        <w:t>A license is not required for Irish citizens, those with settled or pre-settled status under the EU settlement scheme and those with indefinite leave to remain in the UK, so individuals from these groups are still able to apply.</w:t>
      </w:r>
    </w:p>
    <w:p w14:paraId="7BEC1BFF" w14:textId="77777777" w:rsidR="001558F5" w:rsidRDefault="00000000">
      <w:pPr>
        <w:pStyle w:val="CustomNormal"/>
      </w:pPr>
      <w:r>
        <w:t>43.Are you subject to any conditions relating to your employment in this country?</w:t>
      </w:r>
    </w:p>
    <w:p w14:paraId="2BFB0BAF" w14:textId="77777777" w:rsidR="001558F5" w:rsidRDefault="00000000">
      <w:pPr>
        <w:pStyle w:val="CustomHeading1"/>
      </w:pPr>
      <w:r>
        <w:t>Convictions / Disqualifications</w:t>
      </w:r>
    </w:p>
    <w:p w14:paraId="58FC10C3" w14:textId="77777777" w:rsidR="001558F5" w:rsidRDefault="00000000">
      <w:pPr>
        <w:pStyle w:val="CustomNormal"/>
      </w:pPr>
      <w:r>
        <w:t>(Non-Youth Work Applications Only)</w:t>
      </w:r>
    </w:p>
    <w:p w14:paraId="591C0106" w14:textId="77777777" w:rsidR="001558F5" w:rsidRDefault="00000000">
      <w:pPr>
        <w:pStyle w:val="CustomNormal"/>
      </w:pPr>
      <w:r>
        <w:t>Due to the nature of the Charity's work, you will be required to undergo a basic disclosure check to show any 'unspent' criminal convictions. This will be organised by the Charity. </w:t>
      </w:r>
      <w:r>
        <w:br/>
      </w:r>
      <w:r>
        <w:br/>
        <w:t>To find out more see the Rehabilitation of Offenders Act 1974.</w:t>
      </w:r>
      <w:r>
        <w:br/>
      </w:r>
      <w:r>
        <w:br/>
        <w:t>We recognise the contribution that ex-offenders can make as employees. A person's criminal record will not, in itself, debar that person from being appointed to this post. Any information given will be treated in the strictest confidence.</w:t>
      </w:r>
      <w:r>
        <w:br/>
      </w:r>
      <w:r>
        <w:br/>
        <w:t>Suitable applicants will not be refused posts because of offences which are not relevant to, and do not place them at or make them a risk in, the role for which they are applying.</w:t>
      </w:r>
    </w:p>
    <w:p w14:paraId="22602A82" w14:textId="77777777" w:rsidR="001558F5" w:rsidRDefault="00000000">
      <w:pPr>
        <w:pStyle w:val="CustomNormal"/>
      </w:pPr>
      <w:r>
        <w:t>44.Does the above statement pertain to you?</w:t>
      </w:r>
    </w:p>
    <w:p w14:paraId="5E4B8335" w14:textId="77777777" w:rsidR="001558F5" w:rsidRDefault="00000000">
      <w:pPr>
        <w:pStyle w:val="CustomNormal"/>
      </w:pPr>
      <w:r>
        <w:t>(Youth-Work Applications Only)</w:t>
      </w:r>
      <w:r>
        <w:br/>
        <w:t>The Rehabilitation of Offenders Act 1974 (Exclusions and Exceptions) (Scotland) Amendment Order 2015</w:t>
      </w:r>
      <w:r>
        <w:br/>
        <w:t> </w:t>
      </w:r>
      <w:r>
        <w:br/>
        <w:t xml:space="preserve">Due to the nature of the work for which you are applying, this post is exempt from the provision of Section 4(2) of the Rehabilitation of Offenders Act, 1974, by virtue of the Rehabilitation of Offenders Act 1974 (Exceptions) Order 1975 and the Rehabilitation of Offenders Act 1974 (Exceptions) (Amendments) Order 1986. Applicants are therefore not entitled to withhold information about convictions which for other purposes are 'spent' </w:t>
      </w:r>
      <w:r>
        <w:lastRenderedPageBreak/>
        <w:t>and must be disclosed under the provisions of the Act. </w:t>
      </w:r>
      <w:r>
        <w:br/>
      </w:r>
      <w:r>
        <w:br/>
        <w:t>Not all 'spent' convictions need to be declared and applicants should seek advice from Disclosure Scotland if they need clarity.</w:t>
      </w:r>
      <w:r>
        <w:br/>
        <w:t> </w:t>
      </w:r>
      <w:r>
        <w:br/>
        <w:t>We recognise the contribution that ex-offenders can make as employees. A person's criminal record will not, in itself, debar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p>
    <w:p w14:paraId="11F57B1F" w14:textId="77777777" w:rsidR="001558F5" w:rsidRDefault="00000000">
      <w:pPr>
        <w:pStyle w:val="CustomNormal"/>
      </w:pPr>
      <w:r>
        <w:t>Please provide details below if you have been convicted of a criminal offence or been the subject of a conditional discharge or probation order.</w:t>
      </w:r>
    </w:p>
    <w:p w14:paraId="11811933" w14:textId="77777777" w:rsidR="001558F5" w:rsidRDefault="00000000">
      <w:pPr>
        <w:pStyle w:val="CustomNormal"/>
      </w:pPr>
      <w:r>
        <w:t>44.Does the above statement pertain to you?</w:t>
      </w:r>
    </w:p>
    <w:p w14:paraId="20B07134" w14:textId="77777777" w:rsidR="001558F5" w:rsidRDefault="00000000">
      <w:pPr>
        <w:pStyle w:val="CustomHeading1"/>
      </w:pPr>
      <w:r>
        <w:t>References</w:t>
      </w:r>
    </w:p>
    <w:p w14:paraId="2BF389CB" w14:textId="77777777" w:rsidR="001558F5" w:rsidRDefault="00000000">
      <w:pPr>
        <w:pStyle w:val="CustomNormal"/>
      </w:pPr>
      <w:r>
        <w:t>We will take up professional references once you have been interviewed and provisionally offered the post.</w:t>
      </w:r>
      <w:r>
        <w:br/>
      </w:r>
      <w:r>
        <w:br/>
        <w:t>We ask for two references, one of which must be from your most recent employer. We will not approach them for a reference until we have checked with you first.</w:t>
      </w:r>
      <w:r>
        <w:br/>
      </w:r>
      <w:r>
        <w:br/>
        <w:t>If you have no secondary employer reference, we will take up references with named individuals at bodies where you have studied, or people who know you in a professional capacity. Please do not put down family members or people you live with as referees.</w:t>
      </w:r>
    </w:p>
    <w:p w14:paraId="38FA0989" w14:textId="77777777" w:rsidR="001558F5" w:rsidRDefault="00000000">
      <w:pPr>
        <w:pStyle w:val="CustomNormal"/>
      </w:pPr>
      <w:r>
        <w:t>45.Name of First Referee</w:t>
      </w:r>
    </w:p>
    <w:p w14:paraId="6B4CAFF9" w14:textId="77777777" w:rsidR="001558F5" w:rsidRDefault="00000000">
      <w:pPr>
        <w:pStyle w:val="CustomNormal"/>
      </w:pPr>
      <w:r>
        <w:t>46.First Referee Relationship to You</w:t>
      </w:r>
    </w:p>
    <w:p w14:paraId="7807D02D" w14:textId="77777777" w:rsidR="001558F5" w:rsidRDefault="00000000">
      <w:pPr>
        <w:pStyle w:val="CustomNormal"/>
      </w:pPr>
      <w:r>
        <w:t>47.First Referee Email address</w:t>
      </w:r>
    </w:p>
    <w:p w14:paraId="5ECA3DC4" w14:textId="77777777" w:rsidR="001558F5" w:rsidRDefault="00000000">
      <w:pPr>
        <w:pStyle w:val="CustomNormal"/>
      </w:pPr>
      <w:r>
        <w:t>48.First Referee Phone Number</w:t>
      </w:r>
    </w:p>
    <w:p w14:paraId="0FB065F1" w14:textId="77777777" w:rsidR="001558F5" w:rsidRDefault="00000000">
      <w:pPr>
        <w:pStyle w:val="CustomNormal"/>
      </w:pPr>
      <w:r>
        <w:t>49.Name of Second Referee</w:t>
      </w:r>
    </w:p>
    <w:p w14:paraId="7D438AF1" w14:textId="77777777" w:rsidR="001558F5" w:rsidRDefault="00000000">
      <w:pPr>
        <w:pStyle w:val="CustomNormal"/>
      </w:pPr>
      <w:r>
        <w:t>50.Second Referee Relationship to You</w:t>
      </w:r>
    </w:p>
    <w:p w14:paraId="233628D4" w14:textId="77777777" w:rsidR="001558F5" w:rsidRDefault="00000000">
      <w:pPr>
        <w:pStyle w:val="CustomNormal"/>
      </w:pPr>
      <w:r>
        <w:t>51.Second Referee Email address</w:t>
      </w:r>
    </w:p>
    <w:p w14:paraId="6FC9086E" w14:textId="77777777" w:rsidR="001558F5" w:rsidRDefault="00000000">
      <w:pPr>
        <w:pStyle w:val="CustomNormal"/>
      </w:pPr>
      <w:r>
        <w:t>52.Second Referee Phone Number</w:t>
      </w:r>
    </w:p>
    <w:p w14:paraId="58D97946" w14:textId="77777777" w:rsidR="00734B79" w:rsidRDefault="00734B79">
      <w:pPr>
        <w:pStyle w:val="CustomNormal"/>
      </w:pPr>
    </w:p>
    <w:p w14:paraId="04AA210C" w14:textId="77777777" w:rsidR="00734B79" w:rsidRDefault="00734B79">
      <w:pPr>
        <w:pStyle w:val="CustomNormal"/>
      </w:pPr>
    </w:p>
    <w:p w14:paraId="0E5565BD" w14:textId="77777777" w:rsidR="001558F5" w:rsidRDefault="00000000">
      <w:pPr>
        <w:pStyle w:val="CustomHeading1"/>
      </w:pPr>
      <w:r>
        <w:lastRenderedPageBreak/>
        <w:t>Declaration and Submission</w:t>
      </w:r>
    </w:p>
    <w:p w14:paraId="7D2CCE36" w14:textId="77777777" w:rsidR="001558F5" w:rsidRDefault="00000000">
      <w:pPr>
        <w:pStyle w:val="CustomNormal"/>
      </w:pPr>
      <w:r>
        <w:t>I confirm that all the information given by me on this form is correct and accurate and I understand that if any of the information I have provided is later found to be false or misleading, any offer of employment may be withdrawn or employment terminated.</w:t>
      </w:r>
    </w:p>
    <w:p w14:paraId="3AEFE38E" w14:textId="77777777" w:rsidR="001558F5" w:rsidRDefault="00000000">
      <w:pPr>
        <w:pStyle w:val="CustomNormal"/>
      </w:pPr>
      <w:r>
        <w:t>53.Tick to Confirm Agreement</w:t>
      </w:r>
    </w:p>
    <w:p w14:paraId="1FF994D5" w14:textId="77777777" w:rsidR="001558F5" w:rsidRDefault="00000000">
      <w:pPr>
        <w:pStyle w:val="CustomNormal"/>
      </w:pPr>
      <w:r>
        <w:t>Please tick if you agree with the above statement</w:t>
      </w:r>
    </w:p>
    <w:sectPr w:rsidR="001558F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1755643">
    <w:abstractNumId w:val="8"/>
  </w:num>
  <w:num w:numId="2" w16cid:durableId="519003000">
    <w:abstractNumId w:val="6"/>
  </w:num>
  <w:num w:numId="3" w16cid:durableId="463084987">
    <w:abstractNumId w:val="5"/>
  </w:num>
  <w:num w:numId="4" w16cid:durableId="1600285398">
    <w:abstractNumId w:val="4"/>
  </w:num>
  <w:num w:numId="5" w16cid:durableId="521476725">
    <w:abstractNumId w:val="7"/>
  </w:num>
  <w:num w:numId="6" w16cid:durableId="2086415921">
    <w:abstractNumId w:val="3"/>
  </w:num>
  <w:num w:numId="7" w16cid:durableId="1258253375">
    <w:abstractNumId w:val="2"/>
  </w:num>
  <w:num w:numId="8" w16cid:durableId="1983730051">
    <w:abstractNumId w:val="1"/>
  </w:num>
  <w:num w:numId="9" w16cid:durableId="309986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58F5"/>
    <w:rsid w:val="0029639D"/>
    <w:rsid w:val="00326F90"/>
    <w:rsid w:val="003E7608"/>
    <w:rsid w:val="00734B79"/>
    <w:rsid w:val="008A591A"/>
    <w:rsid w:val="00AA1D8D"/>
    <w:rsid w:val="00B47730"/>
    <w:rsid w:val="00CB0664"/>
    <w:rsid w:val="00D569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6538F9"/>
  <w14:defaultImageDpi w14:val="300"/>
  <w15:docId w15:val="{8324C425-8C0C-4FBD-B27B-A87C04907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stomHeading1">
    <w:name w:val="CustomHeading1"/>
    <w:rPr>
      <w:rFonts w:ascii="Arial" w:hAnsi="Arial"/>
      <w:b/>
      <w:sz w:val="28"/>
    </w:rPr>
  </w:style>
  <w:style w:type="paragraph" w:customStyle="1" w:styleId="CustomNormal">
    <w:name w:val="CustomNormal"/>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Cailín Flanagan_(She/Her)</cp:lastModifiedBy>
  <cp:revision>4</cp:revision>
  <dcterms:created xsi:type="dcterms:W3CDTF">2025-08-08T09:25:00Z</dcterms:created>
  <dcterms:modified xsi:type="dcterms:W3CDTF">2025-08-08T10:24:00Z</dcterms:modified>
  <cp:category/>
</cp:coreProperties>
</file>